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1C8A" w:rsidRDefault="004A188C" w:rsidP="00E85AE7">
      <w:pPr>
        <w:pStyle w:val="Heading1"/>
        <w:jc w:val="center"/>
      </w:pPr>
      <w:r>
        <w:t xml:space="preserve">W.O.W. Fund </w:t>
      </w:r>
      <w:r w:rsidR="0030355D">
        <w:t>Application</w:t>
      </w:r>
    </w:p>
    <w:p w:rsidR="001F1C8A" w:rsidRDefault="004A188C">
      <w:pPr>
        <w:pStyle w:val="Heading2"/>
      </w:pPr>
      <w:r>
        <w:t>Patient Information:</w:t>
      </w:r>
    </w:p>
    <w:p w:rsidR="001F1C8A" w:rsidRDefault="004A188C">
      <w:r>
        <w:t>Patient Name: ___________________________________________</w:t>
      </w:r>
      <w:r>
        <w:t>Date of</w:t>
      </w:r>
      <w:r w:rsidR="0030355D">
        <w:t xml:space="preserve"> Request:  ___________________</w:t>
      </w:r>
      <w:r>
        <w:t xml:space="preserve"> </w:t>
      </w:r>
    </w:p>
    <w:p w:rsidR="001F1C8A" w:rsidRDefault="004A188C">
      <w:r>
        <w:t>Type of Cancer: ___________________________________________</w:t>
      </w:r>
    </w:p>
    <w:p w:rsidR="001F1C8A" w:rsidRDefault="004A188C">
      <w:r>
        <w:t xml:space="preserve">Address: </w:t>
      </w:r>
      <w:r>
        <w:t>__________________</w:t>
      </w:r>
      <w:r w:rsidR="0030355D">
        <w:t>____________</w:t>
      </w:r>
      <w:proofErr w:type="gramStart"/>
      <w:r w:rsidR="0030355D">
        <w:t xml:space="preserve">_  </w:t>
      </w:r>
      <w:proofErr w:type="spellStart"/>
      <w:r w:rsidR="0030355D">
        <w:t>City</w:t>
      </w:r>
      <w:proofErr w:type="gramEnd"/>
      <w:r w:rsidR="0030355D">
        <w:t>:</w:t>
      </w:r>
      <w:r>
        <w:t>_________________________</w:t>
      </w:r>
      <w:r w:rsidR="0030355D">
        <w:softHyphen/>
      </w:r>
      <w:r w:rsidR="0030355D">
        <w:softHyphen/>
        <w:t>State</w:t>
      </w:r>
      <w:proofErr w:type="spellEnd"/>
      <w:r w:rsidR="0030355D">
        <w:t>:______ Zip:____________</w:t>
      </w:r>
    </w:p>
    <w:p w:rsidR="001F1C8A" w:rsidRDefault="004A188C">
      <w:r>
        <w:t>Phone Number: ___________________________________________</w:t>
      </w:r>
    </w:p>
    <w:p w:rsidR="001F1C8A" w:rsidRDefault="004A188C">
      <w:r>
        <w:t xml:space="preserve">Contact </w:t>
      </w:r>
      <w:r w:rsidR="00E85AE7">
        <w:t>Person</w:t>
      </w:r>
      <w:r>
        <w:t>: ___________________________________________</w:t>
      </w:r>
    </w:p>
    <w:p w:rsidR="001F1C8A" w:rsidRDefault="004A188C">
      <w:pPr>
        <w:pStyle w:val="Heading2"/>
      </w:pPr>
      <w:r>
        <w:t>Assessment of Need:</w:t>
      </w:r>
    </w:p>
    <w:p w:rsidR="001F1C8A" w:rsidRDefault="004A188C">
      <w:r>
        <w:t>(Include reason for referral, i.e., medical equipment, medication, travel ex</w:t>
      </w:r>
      <w:r>
        <w:t>penses, lodging, food, any extenuating circumstances, community resource contacts, eligibility for aid through other means for these expenses.)</w:t>
      </w:r>
    </w:p>
    <w:p w:rsidR="0030355D" w:rsidRDefault="0030355D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F1C8A" w:rsidRDefault="004A188C">
      <w:r>
        <w:t>Amount Requested: ______________________________________</w:t>
      </w:r>
    </w:p>
    <w:p w:rsidR="001F1C8A" w:rsidRDefault="004A188C">
      <w:r>
        <w:t>Signature: ____________________</w:t>
      </w:r>
      <w:r>
        <w:t>________________________</w:t>
      </w:r>
    </w:p>
    <w:p w:rsidR="001F1C8A" w:rsidRDefault="004A188C">
      <w:r>
        <w:t>Printed Name: _________________________________________</w:t>
      </w:r>
    </w:p>
    <w:p w:rsidR="001F1C8A" w:rsidRDefault="004A188C">
      <w:r>
        <w:t xml:space="preserve">Title (Circle One): Physician / </w:t>
      </w:r>
      <w:r w:rsidR="0030355D">
        <w:t>N</w:t>
      </w:r>
      <w:r w:rsidR="00E85AE7">
        <w:t>urse Practitioner/</w:t>
      </w:r>
      <w:r>
        <w:t xml:space="preserve"> </w:t>
      </w:r>
      <w:r w:rsidR="0030355D">
        <w:t>Nurse/</w:t>
      </w:r>
      <w:r>
        <w:t>Social Worker/</w:t>
      </w:r>
      <w:bookmarkStart w:id="0" w:name="_GoBack"/>
      <w:bookmarkEnd w:id="0"/>
      <w:r>
        <w:t xml:space="preserve"> Patient Navigator</w:t>
      </w:r>
    </w:p>
    <w:p w:rsidR="001F1C8A" w:rsidRDefault="004A188C">
      <w:r>
        <w:t>Please return completed application to:</w:t>
      </w:r>
    </w:p>
    <w:p w:rsidR="001F1C8A" w:rsidRDefault="004A188C">
      <w:r>
        <w:t>Way Out Women</w:t>
      </w:r>
    </w:p>
    <w:p w:rsidR="001F1C8A" w:rsidRDefault="004A188C">
      <w:r>
        <w:t>PO Box 1612</w:t>
      </w:r>
    </w:p>
    <w:p w:rsidR="001F1C8A" w:rsidRDefault="004A188C">
      <w:r>
        <w:t>Soldotna, AK 99669</w:t>
      </w:r>
    </w:p>
    <w:p w:rsidR="001F1C8A" w:rsidRDefault="004A188C">
      <w:r>
        <w:t>Email: wowaktre</w:t>
      </w:r>
      <w:r>
        <w:t>asurer@gmail.com</w:t>
      </w:r>
    </w:p>
    <w:p w:rsidR="001F1C8A" w:rsidRDefault="004A188C">
      <w:r>
        <w:t>Phone: 907-398-2232</w:t>
      </w:r>
    </w:p>
    <w:sectPr w:rsidR="001F1C8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F1A06"/>
    <w:rsid w:val="0015074B"/>
    <w:rsid w:val="001F1C8A"/>
    <w:rsid w:val="0029639D"/>
    <w:rsid w:val="0030355D"/>
    <w:rsid w:val="00326F90"/>
    <w:rsid w:val="004A188C"/>
    <w:rsid w:val="00AA1D8D"/>
    <w:rsid w:val="00B47730"/>
    <w:rsid w:val="00CB0664"/>
    <w:rsid w:val="00E85AE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7C9942"/>
  <w14:defaultImageDpi w14:val="300"/>
  <w15:docId w15:val="{DE3436C0-D2A3-472F-A310-3AB22B8FC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39A331-9A76-47B6-B08F-D04FAD323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Marre, Kelly L.</cp:lastModifiedBy>
  <cp:revision>3</cp:revision>
  <dcterms:created xsi:type="dcterms:W3CDTF">2025-04-03T16:28:00Z</dcterms:created>
  <dcterms:modified xsi:type="dcterms:W3CDTF">2025-04-03T16:28:00Z</dcterms:modified>
  <cp:category/>
</cp:coreProperties>
</file>